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B2A1B"/>
  <w:body>
    <w:p>
      <w:pPr>
        <w:jc w:val="center"/>
      </w:pPr>
      <w:r>
        <w:rPr>
          <w:rFonts w:ascii="Georgia" w:hAnsi="Georgia"/>
          <w:b/>
          <w:color w:val="C9952E"/>
          <w:sz w:val="32"/>
        </w:rPr>
        <w:t>♛  KINGDOM ALLIANCE ENTERPRISE  ♛</w:t>
      </w:r>
    </w:p>
    <w:p>
      <w:pPr>
        <w:jc w:val="center"/>
      </w:pPr>
      <w:r>
        <w:rPr>
          <w:rFonts w:ascii="Georgia" w:hAnsi="Georgia"/>
          <w:i/>
          <w:color w:val="FFFFFF"/>
          <w:sz w:val="18"/>
        </w:rPr>
        <w:t>Restoring God's Original Plan for an Earthly Kingdom</w:t>
      </w:r>
    </w:p>
    <w:p>
      <w:pPr>
        <w:jc w:val="center"/>
      </w:pPr>
      <w:r>
        <w:rPr>
          <w:rFonts w:ascii="Georgia" w:hAnsi="Georgia"/>
          <w:b/>
          <w:color w:val="C9952E"/>
          <w:sz w:val="36"/>
        </w:rPr>
        <w:t>STOREHOUSE APPLICATIONS PACKET</w:t>
      </w:r>
    </w:p>
    <w:p>
      <w:pPr>
        <w:jc w:val="center"/>
      </w:pPr>
      <w:r>
        <w:rPr>
          <w:rFonts w:ascii="Georgia" w:hAnsi="Georgia"/>
          <w:color w:val="FFFFFF"/>
          <w:sz w:val="18"/>
        </w:rPr>
        <w:t>kingdomalliancenetworkent.org</w:t>
      </w:r>
    </w:p>
    <w:p>
      <w:pPr>
        <w:jc w:val="center"/>
      </w:pPr>
      <w:r>
        <w:rPr>
          <w:rFonts w:ascii="Georgia" w:hAnsi="Georgia"/>
          <w:color w:val="FFFFFF"/>
          <w:sz w:val="20"/>
        </w:rPr>
        <w:t>Business-format, proofed, separated application forms for intake, service, volunteer, contractor, and fund review.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INCLUDED APPLICATIONS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1. Apply for StoreHouse Services - for individuals or families requesting service support.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2. Volunteer Application - for service volunteers, outreach helpers, and event support.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3. Community Coordinator Contractor Application - for regional contractors/coordinators managing outreach, referrals, and community partnerships.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4. StoreHouse Community Fund Application - for financial/community assistance requests and giving fund review.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Required footer wording: Faith Driven | Kingdom Focused | Global Impact | United in Purpose | Building Legacy</w:t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Georgia" w:hAnsi="Georgia"/>
          <w:b/>
          <w:color w:val="C9952E"/>
          <w:sz w:val="32"/>
        </w:rPr>
        <w:t>♛  KINGDOM ALLIANCE ENTERPRISE  ♛</w:t>
      </w:r>
    </w:p>
    <w:p>
      <w:pPr>
        <w:jc w:val="center"/>
      </w:pPr>
      <w:r>
        <w:rPr>
          <w:rFonts w:ascii="Georgia" w:hAnsi="Georgia"/>
          <w:i/>
          <w:color w:val="FFFFFF"/>
          <w:sz w:val="18"/>
        </w:rPr>
        <w:t>Restoring God's Original Plan for an Earthly Kingdom</w:t>
      </w:r>
    </w:p>
    <w:p>
      <w:pPr>
        <w:jc w:val="center"/>
      </w:pPr>
      <w:r>
        <w:rPr>
          <w:rFonts w:ascii="Georgia" w:hAnsi="Georgia"/>
          <w:b/>
          <w:color w:val="C9952E"/>
          <w:sz w:val="36"/>
        </w:rPr>
        <w:t>APPLY FOR STOREHOUSE SERVICES</w:t>
      </w:r>
    </w:p>
    <w:p>
      <w:pPr>
        <w:jc w:val="center"/>
      </w:pPr>
      <w:r>
        <w:rPr>
          <w:rFonts w:ascii="Georgia" w:hAnsi="Georgia"/>
          <w:color w:val="FFFFFF"/>
          <w:sz w:val="18"/>
        </w:rPr>
        <w:t>kingdomalliancenetworkent.org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Food &amp; Basic Needs    ☐ Resource Navigation    ☐ Holiday Gifts Help    ☐ Family Support    ☐ Emergency Referral    ☐ Community Outreach    ☐ Mentorship / Discipleship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APPLICANT / HOUSEHOLD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New    ☐ Repeat        Date: 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Organizer's Name: ______________________________    Region #: ________________    Needs Box: 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State: __________________    City: ______________________    Zip Code: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Name - Last: ____________________    First: ____________________    Middle: ________________    ☐ Single    ☐ Married    ☐ Divorced    ☐ Separated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Address: 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City: ______________________    State: ____________    Zip: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Phone: ______________________    Email: 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Low Income    ☐ Disability    ☐ Veteran    ☐ Senior    ☐ Homeless    ☐ Unemployed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Family Size: __________    Group Size: __________    ☐ Male    ☐ Female    Age: 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ADDITIONAL FAMILY MEMBERS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1. ______________________________        4.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2. ______________________________        5.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3. ______________________________        6.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Ages: 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Special Notes: 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REQUESTED SERVICES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Food Support    ☐ Clothing / Toiletries    ☐ Infant / Youth Supplies    ☐ Utility Referral    ☐ Housing / Shelter Referral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Transportation Support    ☐ Medical / Care Coordination    ☐ Veteran Support    ☐ Senior Support    ☐ Disability Support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Briefly describe the current need: ________________________________________________________________________________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How soon is help needed: ______________________________    ☐ Immediate    ☐ This Week    ☐ This Month    ☐ Future Planning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OFFICE USE ONLY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Approved    ☐ Denied    ☐ Pending    ☐ Returned for Missing Information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Intake Signature: ______________________________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Coordinator Review: 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Notes / Follow-Up: ______________________________________________________________________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C9952E"/>
          <w:sz w:val="16"/>
        </w:rPr>
        <w:t>Faith Driven  •  Kingdom Focused  •  Global Impact  •  United in Purpose  •  Building Legacy</w:t>
        <w:br/>
        <w:t>Together, We Build. Together, We Impact.</w:t>
      </w:r>
    </w:p>
    <w:p>
      <w:r>
        <w:br w:type="page"/>
      </w:r>
    </w:p>
    <w:p>
      <w:pPr>
        <w:jc w:val="center"/>
      </w:pPr>
      <w:r>
        <w:rPr>
          <w:rFonts w:ascii="Georgia" w:hAnsi="Georgia"/>
          <w:b/>
          <w:color w:val="C9952E"/>
          <w:sz w:val="32"/>
        </w:rPr>
        <w:t>♛  KINGDOM ALLIANCE ENTERPRISE  ♛</w:t>
      </w:r>
    </w:p>
    <w:p>
      <w:pPr>
        <w:jc w:val="center"/>
      </w:pPr>
      <w:r>
        <w:rPr>
          <w:rFonts w:ascii="Georgia" w:hAnsi="Georgia"/>
          <w:i/>
          <w:color w:val="FFFFFF"/>
          <w:sz w:val="18"/>
        </w:rPr>
        <w:t>Restoring God's Original Plan for an Earthly Kingdom</w:t>
      </w:r>
    </w:p>
    <w:p>
      <w:pPr>
        <w:jc w:val="center"/>
      </w:pPr>
      <w:r>
        <w:rPr>
          <w:rFonts w:ascii="Georgia" w:hAnsi="Georgia"/>
          <w:b/>
          <w:color w:val="C9952E"/>
          <w:sz w:val="36"/>
        </w:rPr>
        <w:t>VOLUNTEER APPLICATION</w:t>
      </w:r>
    </w:p>
    <w:p>
      <w:pPr>
        <w:jc w:val="center"/>
      </w:pPr>
      <w:r>
        <w:rPr>
          <w:rFonts w:ascii="Georgia" w:hAnsi="Georgia"/>
          <w:color w:val="FFFFFF"/>
          <w:sz w:val="18"/>
        </w:rPr>
        <w:t>kingdomalliancenetworkent.org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APPLICANT / HOUSEHOLD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New    ☐ Repeat        Date: 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Organizer's Name: ______________________________    Region #: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State: __________________    City: ______________________    Zip Code: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Name - Last: ____________________    First: ____________________    Middle: ________________    ☐ Single    ☐ Married    ☐ Divorced    ☐ Separated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Address: 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City: ______________________    State: ____________    Zip: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Phone: ______________________    Email: 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Low Income    ☐ Disability    ☐ Veteran    ☐ Senior    ☐ Homeless    ☐ Unemployed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Family Size: __________    Group Size: __________    ☐ Male    ☐ Female    Age: 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ADDITIONAL FAMILY MEMBERS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1. ______________________________        4.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2. ______________________________        5.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3. ______________________________        6.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Ages: 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Special Notes: 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VOLUNTEER SERVICE AREAS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Intake Table    ☐ Food Distribution    ☐ Packing / Sorting    ☐ Delivery Support    ☐ Prayer / Encouragement    ☐ Youth &amp; Family Support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Administration    ☐ Event Setup    ☐ Clean-Up Team    ☐ Resource Navigation    ☐ Community Outreach    ☐ Holiday Gifts Help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Availability - Days / Times: ______________________________________________________________________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I can lift up to 25 lbs    ☐ I need a seated assignment    ☐ I have reliable transportation    ☐ I am open to background screening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Relevant skills, certifications, ministry experience, or community experience: ___________________________________________________________________________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Emergency Contact Name / Phone: _______________________________________________________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VOLUNTEER AGREEMENT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I agree to serve with compassion, confidentiality, respect, and integrity while representing Kingdom Alliance Enterprise and The StoreHouse Community Fund.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Volunteer Signature: ___________________________________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Intake Signature: ___________________________________    Date: 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OFFICE USE ONLY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Approved    ☐ Denied    ☐ Pending    ☐ Returned for Missing Information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Intake Signature: ______________________________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Coordinator Review: 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Notes / Follow-Up: ______________________________________________________________________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C9952E"/>
          <w:sz w:val="16"/>
        </w:rPr>
        <w:t>Faith Driven  •  Kingdom Focused  •  Global Impact  •  United in Purpose  •  Building Legacy</w:t>
        <w:br/>
        <w:t>Together, We Build. Together, We Impact.</w:t>
      </w:r>
    </w:p>
    <w:p>
      <w:r>
        <w:br w:type="page"/>
      </w:r>
    </w:p>
    <w:p>
      <w:pPr>
        <w:jc w:val="center"/>
      </w:pPr>
      <w:r>
        <w:rPr>
          <w:rFonts w:ascii="Georgia" w:hAnsi="Georgia"/>
          <w:b/>
          <w:color w:val="C9952E"/>
          <w:sz w:val="32"/>
        </w:rPr>
        <w:t>♛  KINGDOM ALLIANCE ENTERPRISE  ♛</w:t>
      </w:r>
    </w:p>
    <w:p>
      <w:pPr>
        <w:jc w:val="center"/>
      </w:pPr>
      <w:r>
        <w:rPr>
          <w:rFonts w:ascii="Georgia" w:hAnsi="Georgia"/>
          <w:i/>
          <w:color w:val="FFFFFF"/>
          <w:sz w:val="18"/>
        </w:rPr>
        <w:t>Restoring God's Original Plan for an Earthly Kingdom</w:t>
      </w:r>
    </w:p>
    <w:p>
      <w:pPr>
        <w:jc w:val="center"/>
      </w:pPr>
      <w:r>
        <w:rPr>
          <w:rFonts w:ascii="Georgia" w:hAnsi="Georgia"/>
          <w:b/>
          <w:color w:val="C9952E"/>
          <w:sz w:val="36"/>
        </w:rPr>
        <w:t>COMMUNITY COORDINATOR CONTRACTOR APPLICATION</w:t>
      </w:r>
    </w:p>
    <w:p>
      <w:pPr>
        <w:jc w:val="center"/>
      </w:pPr>
      <w:r>
        <w:rPr>
          <w:rFonts w:ascii="Georgia" w:hAnsi="Georgia"/>
          <w:color w:val="FFFFFF"/>
          <w:sz w:val="18"/>
        </w:rPr>
        <w:t>kingdomalliancenetworkent.org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APPLICANT / HOUSEHOLD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New    ☐ Repeat        Date: 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Organizer's Name: ______________________________    Region #: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State: __________________    City: ______________________    Zip Code: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Name - Last: ____________________    First: ____________________    Middle: ________________    ☐ Single    ☐ Married    ☐ Divorced    ☐ Separated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Address: 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City: ______________________    State: ____________    Zip: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Phone: ______________________    Email: 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Low Income    ☐ Disability    ☐ Veteran    ☐ Senior    ☐ Homeless    ☐ Unemployed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Family Size: __________    Group Size: __________    ☐ Male    ☐ Female    Age: 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ADDITIONAL FAMILY MEMBERS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1. ______________________________        4.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2. ______________________________        5.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3. ______________________________        6.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Ages: 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Special Notes: 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CONTRACTOR / COORDINATOR PROFILE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Business / Organization Name: _____________________________________________    EIN / Tax ID (if applicable): 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Service Region / Territory Requested: _____________________________________________    Region #: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Resource Navigation    ☐ Workshops &amp; Training    ☐ Youth &amp; Family Programs    ☐ Community Outreach    ☐ Mentorship / Discipleship    ☐ Food &amp; Basic Needs Support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Professional background / ministry or community experience: ___________________________________________________________________________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Counties / Cities you can serve: 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Independent Contractor    ☐ Community Coordinator    ☐ Regional Organizer    ☐ Program Support    ☐ Referral Partner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Requested compensation / stipend structure, if applicable: 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W-9 Required    ☐ Background Check Required    ☐ Confidentiality Agreement Required    ☐ Training Required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CONTRACTOR ACKNOWLEDGMENT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I understand this application does not guarantee contract approval. Final approval requires review, documentation, training, compliance, and written agreement.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Applicant Signature: ___________________________________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Reviewing Officer: ___________________________________    Date: 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OFFICE USE ONLY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Approved    ☐ Denied    ☐ Pending    ☐ Returned for Missing Information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Intake Signature: ______________________________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Coordinator Review: 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Notes / Follow-Up: ______________________________________________________________________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C9952E"/>
          <w:sz w:val="16"/>
        </w:rPr>
        <w:t>Faith Driven  •  Kingdom Focused  •  Global Impact  •  United in Purpose  •  Building Legacy</w:t>
        <w:br/>
        <w:t>Together, We Build. Together, We Impact.</w:t>
      </w:r>
    </w:p>
    <w:p>
      <w:r>
        <w:br w:type="page"/>
      </w:r>
    </w:p>
    <w:p>
      <w:pPr>
        <w:jc w:val="center"/>
      </w:pPr>
      <w:r>
        <w:rPr>
          <w:rFonts w:ascii="Georgia" w:hAnsi="Georgia"/>
          <w:b/>
          <w:color w:val="C9952E"/>
          <w:sz w:val="32"/>
        </w:rPr>
        <w:t>♛  KINGDOM ALLIANCE ENTERPRISE  ♛</w:t>
      </w:r>
    </w:p>
    <w:p>
      <w:pPr>
        <w:jc w:val="center"/>
      </w:pPr>
      <w:r>
        <w:rPr>
          <w:rFonts w:ascii="Georgia" w:hAnsi="Georgia"/>
          <w:i/>
          <w:color w:val="FFFFFF"/>
          <w:sz w:val="18"/>
        </w:rPr>
        <w:t>Restoring God's Original Plan for an Earthly Kingdom</w:t>
      </w:r>
    </w:p>
    <w:p>
      <w:pPr>
        <w:jc w:val="center"/>
      </w:pPr>
      <w:r>
        <w:rPr>
          <w:rFonts w:ascii="Georgia" w:hAnsi="Georgia"/>
          <w:b/>
          <w:color w:val="C9952E"/>
          <w:sz w:val="36"/>
        </w:rPr>
        <w:t>STOREHOUSE COMMUNITY FUND APPLICATION</w:t>
      </w:r>
    </w:p>
    <w:p>
      <w:pPr>
        <w:jc w:val="center"/>
      </w:pPr>
      <w:r>
        <w:rPr>
          <w:rFonts w:ascii="Georgia" w:hAnsi="Georgia"/>
          <w:color w:val="FFFFFF"/>
          <w:sz w:val="18"/>
        </w:rPr>
        <w:t>kingdomalliancenetworkent.org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APPLICANT / HOUSEHOLD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New    ☐ Repeat        Date: 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Organizer's Name: ______________________________    Region #: ________________    Needs Box: 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State: __________________    City: ______________________    Zip Code: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Name - Last: ____________________    First: ____________________    Middle: ________________    ☐ Single    ☐ Married    ☐ Divorced    ☐ Separated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Address: 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City: ______________________    State: ____________    Zip: 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Phone: ______________________    Email: 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Low Income    ☐ Disability    ☐ Veteran    ☐ Senior    ☐ Homeless    ☐ Unemployed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Family Size: __________    Group Size: __________    ☐ Male    ☐ Female    Age: 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ADDITIONAL FAMILY MEMBERS INFORMATION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1. ______________________________        4.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2. ______________________________        5.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3. ______________________________        6. 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Ages: _________________________________________________________________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Special Notes: 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FUND REQUEST DETAILS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One-Time Assistance    ☐ Repeat Assistance    ☐ Emergency Need    ☐ Holiday Gifts Help    ☐ Family Stabilization    ☐ Community Partner Request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Total Amount Requested: ____________________    Purpose of Funds: __________________________________________________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Company / Vendor Name: _____________________________________________    Account / Reference #: ______________________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Payment Due Date: ____________________    Amount Past Due: ____________________    Amount Applicant Can Pay: ____________________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Explain the situation and how support will help stabilize the household/community: 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AMOUNT LOG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16"/>
              </w:rPr>
              <w:t>Dates</w:t>
            </w:r>
          </w:p>
        </w:tc>
        <w:tc>
          <w:tcPr>
            <w:tcW w:type="dxa" w:w="3648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16"/>
              </w:rPr>
              <w:t>Company Name / Vendor</w:t>
            </w:r>
          </w:p>
        </w:tc>
        <w:tc>
          <w:tcPr>
            <w:tcW w:type="dxa" w:w="3648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16"/>
              </w:rPr>
              <w:t>Amount</w:t>
            </w:r>
          </w:p>
        </w:tc>
      </w:tr>
      <w:tr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  <w:tc>
          <w:tcPr>
            <w:tcW w:type="dxa" w:w="3648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000000"/>
                <w:sz w:val="16"/>
              </w:rPr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SEVEN SERVICE BOXES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Holiday Gifts Help    ☐ Feeding the Hungry    ☐ Helping Families    ☐ Supporting Community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Building the Kingdom    ☐ Emergency Basic Needs    ☐ Resource / Referral Support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C9952E"/>
            <w:tcBorders>
              <w:top w:val="single" w:sz="8" w:space="0" w:color="C9952E"/>
              <w:left w:val="single" w:sz="8" w:space="0" w:color="C9952E"/>
              <w:bottom w:val="single" w:sz="8" w:space="0" w:color="C9952E"/>
              <w:right w:val="single" w:sz="8" w:space="0" w:color="C9952E"/>
            </w:tcBorders>
            <w:vAlign w:val="center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color w:val="0B2A1B"/>
                <w:sz w:val="20"/>
              </w:rPr>
              <w:t>OFFICE USE ONLY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☐ Approved    ☐ Denied    ☐ Pending    ☐ Returned for Missing Information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Intake Signature: ______________________________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Coordinator Review: ____________________________    Date: __________________</w:t>
            </w:r>
          </w:p>
        </w:tc>
      </w:tr>
      <w:tr>
        <w:tc>
          <w:tcPr>
            <w:tcW w:type="dxa" w:w="10944"/>
            <w:shd w:fill="FFF8EA"/>
            <w:tcBorders>
              <w:top w:val="single" w:sz="4" w:space="0" w:color="C9952E"/>
              <w:left w:val="single" w:sz="4" w:space="0" w:color="C9952E"/>
              <w:bottom w:val="single" w:sz="4" w:space="0" w:color="C9952E"/>
              <w:right w:val="single" w:sz="4" w:space="0" w:color="C9952E"/>
            </w:tcBorders>
            <w:vAlign w:val="center"/>
          </w:tcPr>
          <w:p>
            <w:r/>
            <w:r>
              <w:rPr>
                <w:rFonts w:ascii="Georgia" w:hAnsi="Georgia"/>
                <w:b w:val="0"/>
                <w:color w:val="111111"/>
                <w:sz w:val="17"/>
              </w:rPr>
              <w:t>Notes / Follow-Up: ______________________________________________________________________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C9952E"/>
          <w:sz w:val="16"/>
        </w:rPr>
        <w:t>Faith Driven  •  Kingdom Focused  •  Global Impact  •  United in Purpose  •  Building Legacy</w:t>
        <w:br/>
        <w:t>Together, We Build. Together, We Impact.</w:t>
      </w:r>
    </w:p>
    <w:sectPr w:rsidR="00FC693F" w:rsidRPr="0006063C" w:rsidSect="00034616"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