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800"/>
      </w:tblGrid>
      <w:tr>
        <w:tc>
          <w:tcPr>
            <w:tcW w:type="dxa" w:w="108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shd w:fill="003B2F"/>
          </w:tcPr>
          <w:p>
            <w:pPr>
              <w:jc w:val="center"/>
            </w:pPr>
            <w:r/>
            <w:r>
              <w:rPr>
                <w:rFonts w:ascii="Georgia" w:hAnsi="Georgia"/>
                <w:b/>
                <w:color w:val="D4AF37"/>
                <w:sz w:val="44"/>
              </w:rPr>
              <w:t>KINGDOM ALLIANCE ENTERPRISE</w:t>
            </w:r>
          </w:p>
          <w:p>
            <w:pPr>
              <w:jc w:val="center"/>
            </w:pPr>
            <w:r>
              <w:rPr>
                <w:rFonts w:ascii="Georgia" w:hAnsi="Georgia"/>
                <w:color w:val="FFFFFF"/>
                <w:sz w:val="20"/>
              </w:rPr>
              <w:t>Restoring God's Original Plan for an Earthly Kingdom</w:t>
            </w:r>
          </w:p>
          <w:p>
            <w:pPr>
              <w:jc w:val="center"/>
            </w:pPr>
            <w:r>
              <w:rPr>
                <w:rFonts w:ascii="Georgia" w:hAnsi="Georgia"/>
                <w:b/>
                <w:color w:val="D4AF37"/>
                <w:sz w:val="30"/>
              </w:rPr>
              <w:t>COMMUNITY COORDINATOR CONTRACTOR APPLICATION</w:t>
            </w:r>
          </w:p>
          <w:p>
            <w:pPr>
              <w:jc w:val="center"/>
            </w:pPr>
            <w:r>
              <w:rPr>
                <w:color w:val="FFFFFF"/>
                <w:sz w:val="18"/>
              </w:rPr>
              <w:t>kingdomalliancenetworkent.org</w:t>
            </w:r>
          </w:p>
        </w:tc>
      </w:tr>
    </w:tbl>
    <w:p>
      <w:pPr>
        <w:spacing w:before="120" w:after="60"/>
        <w:jc w:val="center"/>
      </w:pPr>
      <w:r>
        <w:rPr>
          <w:rFonts w:ascii="Georgia" w:hAnsi="Georgia"/>
          <w:b/>
          <w:color w:val="B8860B"/>
          <w:sz w:val="24"/>
        </w:rPr>
        <w:t>APPLICATION CLASSIFICATION</w:t>
      </w:r>
    </w:p>
    <w:tbl>
      <w:tblPr>
        <w:tblW w:type="auto" w:w="0"/>
        <w:jc w:val="center"/>
        <w:tblLook w:firstColumn="1" w:firstRow="1" w:lastColumn="0" w:lastRow="0" w:noHBand="0" w:noVBand="1" w:val="04A0"/>
      </w:tblPr>
      <w:tblGrid>
        <w:gridCol w:w="2700"/>
        <w:gridCol w:w="2700"/>
        <w:gridCol w:w="2700"/>
        <w:gridCol w:w="2700"/>
      </w:tblGrid>
      <w:tr>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 New</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 Repeat</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Date: __________________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Region #: ________________</w:t>
            </w:r>
          </w:p>
        </w:tc>
      </w:tr>
      <w:tr>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Position: __________________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State: __________________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Zip Code: 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Start Date: ______________</w:t>
            </w:r>
          </w:p>
        </w:tc>
      </w:tr>
      <w:tr>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Position Requesting: ____________________________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Schedule Request: ____________________________</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 Work From Home</w:t>
            </w:r>
          </w:p>
        </w:tc>
        <w:tc>
          <w:tcPr>
            <w:tcW w:type="dxa" w:w="27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r/>
            <w:r>
              <w:rPr>
                <w:b w:val="0"/>
                <w:color w:val="000000"/>
                <w:sz w:val="18"/>
              </w:rPr>
              <w:t>☐ Local / Regional Assignment</w:t>
            </w:r>
          </w:p>
        </w:tc>
      </w:tr>
    </w:tbl>
    <w:p>
      <w:pPr>
        <w:spacing w:before="120" w:after="60"/>
        <w:jc w:val="center"/>
      </w:pPr>
      <w:r>
        <w:rPr>
          <w:rFonts w:ascii="Georgia" w:hAnsi="Georgia"/>
          <w:b/>
          <w:color w:val="B8860B"/>
          <w:sz w:val="24"/>
        </w:rPr>
        <w:t>PERSONAL INFORMATION</w:t>
      </w:r>
    </w:p>
    <w:tbl>
      <w:tblPr>
        <w:tblW w:type="auto" w:w="0"/>
        <w:jc w:val="center"/>
        <w:tblLayout w:type="autofit"/>
        <w:tblLook w:firstColumn="1" w:firstRow="1" w:lastColumn="0" w:lastRow="0" w:noHBand="0" w:noVBand="1" w:val="04A0"/>
      </w:tblPr>
      <w:tblGrid>
        <w:gridCol w:w="5400"/>
        <w:gridCol w:w="5400"/>
      </w:tblGrid>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Legal Name: 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Preferred Name: __________________________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Address: __________________________________________________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City / State / Zip: ________________________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Phone: 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Email: ____________________________________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Emergency Contact: 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Phone: ____________________________________</w:t>
            </w:r>
          </w:p>
        </w:tc>
      </w:tr>
    </w:tbl>
    <w:p>
      <w:pPr>
        <w:spacing w:before="120" w:after="60"/>
        <w:jc w:val="center"/>
      </w:pPr>
      <w:r>
        <w:rPr>
          <w:rFonts w:ascii="Georgia" w:hAnsi="Georgia"/>
          <w:b/>
          <w:color w:val="B8860B"/>
          <w:sz w:val="24"/>
        </w:rPr>
        <w:t>POSITION READINESS &amp; CUSTOMER SERVICE</w:t>
      </w:r>
    </w:p>
    <w:tbl>
      <w:tblPr>
        <w:tblW w:type="auto" w:w="0"/>
        <w:jc w:val="center"/>
        <w:tblLayout w:type="autofit"/>
        <w:tblLook w:firstColumn="1" w:firstRow="1" w:lastColumn="0" w:lastRow="0" w:noHBand="0" w:noVBand="1" w:val="04A0"/>
      </w:tblPr>
      <w:tblGrid>
        <w:gridCol w:w="5400"/>
        <w:gridCol w:w="5400"/>
      </w:tblGrid>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Do you have a problem with customer service?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If yes, explain: _____________________________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Are you equipped to handle customer calls?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Preferred call type:  ☐ Inbound   ☐ Outbound   ☐ Both</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Are you open to assisting clients locally?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Are you open to weekly Zoom meetings?  ☐ Yes   ☐ No</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Available for Zoom or Google intake sessions?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Able to log meetings on Google Calendar?  ☐ Yes   ☐ No</w:t>
            </w:r>
          </w:p>
        </w:tc>
      </w:tr>
    </w:tbl>
    <w:p>
      <w:pPr>
        <w:spacing w:before="120" w:after="60"/>
        <w:jc w:val="center"/>
      </w:pPr>
      <w:r>
        <w:rPr>
          <w:rFonts w:ascii="Georgia" w:hAnsi="Georgia"/>
          <w:b/>
          <w:color w:val="B8860B"/>
          <w:sz w:val="24"/>
        </w:rPr>
        <w:t>BACKGROUND, WELLNESS &amp; DISCLOSURE</w:t>
      </w:r>
    </w:p>
    <w:tbl>
      <w:tblPr>
        <w:tblW w:type="auto" w:w="0"/>
        <w:jc w:val="center"/>
        <w:tblLayout w:type="autofit"/>
        <w:tblLook w:firstColumn="1" w:firstRow="1" w:lastColumn="0" w:lastRow="0" w:noHBand="0" w:noVBand="1" w:val="04A0"/>
      </w:tblPr>
      <w:tblGrid>
        <w:gridCol w:w="5400"/>
        <w:gridCol w:w="5400"/>
      </w:tblGrid>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Criminal Record: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If yes, explain below.</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Explanation: ______________________________________________________________________________________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Mental Health Issues that may impact contractor duties: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If yes, explain below.</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Explanation / requested accommodation: ______________________________________________________________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Medication List: __________________________________________________________________________________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Medication Side Effects that may impact schedule, communication, or duties: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If yes, explain: _____________________________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Behavior Disorder:  ☐ Yes   ☐ No</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If yes, what? ________________________________</w:t>
            </w:r>
          </w:p>
        </w:tc>
      </w:tr>
    </w:tbl>
    <w:p>
      <w:pPr>
        <w:spacing w:before="120" w:after="60"/>
        <w:jc w:val="center"/>
      </w:pPr>
      <w:r>
        <w:rPr>
          <w:rFonts w:ascii="Georgia" w:hAnsi="Georgia"/>
          <w:b/>
          <w:color w:val="B8860B"/>
          <w:sz w:val="24"/>
        </w:rPr>
        <w:t>MINISTRY PROPERTY, DATA &amp; USE AGREEMENT</w:t>
      </w:r>
    </w:p>
    <w:p>
      <w:pPr>
        <w:spacing w:after="60"/>
        <w:ind w:left="144"/>
      </w:pPr>
      <w:r>
        <w:rPr>
          <w:rFonts w:ascii="Aptos" w:hAnsi="Aptos"/>
          <w:sz w:val="19"/>
        </w:rPr>
        <w:t>☐ I agree to use all ministry property, systems, tools, documents, branding, forms, databases, designs, and communication resources for Kingdom Business only.</w:t>
      </w:r>
    </w:p>
    <w:p>
      <w:pPr>
        <w:spacing w:after="60"/>
        <w:ind w:left="144"/>
      </w:pPr>
      <w:r>
        <w:rPr>
          <w:rFonts w:ascii="Aptos" w:hAnsi="Aptos"/>
          <w:sz w:val="19"/>
        </w:rPr>
        <w:t>☐ I understand that no client personal data, ministry data, intake records, contact lists, donor information, forms, graphics, documents, or internal property may be used for personal reasons or stored on unauthorized personal systems.</w:t>
      </w:r>
    </w:p>
    <w:p>
      <w:pPr>
        <w:spacing w:after="60"/>
        <w:ind w:left="144"/>
      </w:pPr>
      <w:r>
        <w:rPr>
          <w:rFonts w:ascii="Aptos" w:hAnsi="Aptos"/>
          <w:sz w:val="19"/>
        </w:rPr>
        <w:t>☐ I understand that any ministry property, intellectual property, protected data, files, forms, business systems, or branded materials used for personal purposes may be subject to copyright protection, contract action, civil liability, and/or criminal liability where applicable by law.</w:t>
      </w:r>
    </w:p>
    <w:p>
      <w:pPr>
        <w:spacing w:after="60"/>
        <w:ind w:left="144"/>
      </w:pPr>
      <w:r>
        <w:rPr>
          <w:rFonts w:ascii="Aptos" w:hAnsi="Aptos"/>
          <w:sz w:val="19"/>
        </w:rPr>
        <w:t>☐ I agree to maintain confidentiality, professionalism, customer care, ministry integrity, accurate reporting, and timely communication as a contractor serving Kingdom Alliance Enterprise and the StoreHouse Community Fund.</w:t>
      </w:r>
    </w:p>
    <w:p>
      <w:pPr>
        <w:spacing w:before="120" w:after="60"/>
        <w:jc w:val="center"/>
      </w:pPr>
      <w:r>
        <w:rPr>
          <w:rFonts w:ascii="Georgia" w:hAnsi="Georgia"/>
          <w:b/>
          <w:color w:val="B8860B"/>
          <w:sz w:val="24"/>
        </w:rPr>
        <w:t>CERTIFICATION &amp; SIGNATURE</w:t>
      </w:r>
    </w:p>
    <w:tbl>
      <w:tblPr>
        <w:tblW w:type="auto" w:w="0"/>
        <w:jc w:val="center"/>
        <w:tblLayout w:type="autofit"/>
        <w:tblLook w:firstColumn="1" w:firstRow="1" w:lastColumn="0" w:lastRow="0" w:noHBand="0" w:noVBand="1" w:val="04A0"/>
      </w:tblPr>
      <w:tblGrid>
        <w:gridCol w:w="5400"/>
        <w:gridCol w:w="5400"/>
      </w:tblGrid>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Applicant Signature: 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Date: 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Intake / Reviewer Signature: 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Date: ____________________</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 Approved</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 Denied</w:t>
            </w:r>
          </w:p>
        </w:tc>
      </w:tr>
      <w:tr>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t>Administrative Notes: ______________________________________________________________________________</w:t>
            </w:r>
          </w:p>
        </w:tc>
        <w:tc>
          <w:tcPr>
            <w:tcW w:type="dxa" w:w="5400"/>
            <w:vAlign w:val="center"/>
            <w:tcBorders>
              <w:top w:val="single" w:sz="8" w:space="0" w:color="B8860B"/>
              <w:left w:val="single" w:sz="8" w:space="0" w:color="B8860B"/>
              <w:bottom w:val="single" w:sz="8" w:space="0" w:color="B8860B"/>
              <w:right w:val="single" w:sz="8" w:space="0" w:color="B8860B"/>
              <w:insideH w:val="single" w:sz="8" w:space="0" w:color="B8860B"/>
              <w:insideV w:val="single" w:sz="8" w:space="0" w:color="B8860B"/>
            </w:tcBorders>
          </w:tcPr>
          <w:p>
            <w:pPr>
              <w:spacing w:after="20" w:before="20"/>
            </w:pPr>
            <w:r>
              <w:rPr>
                <w:rFonts w:ascii="Aptos" w:hAnsi="Aptos"/>
                <w:sz w:val="18"/>
              </w:rPr>
            </w:r>
            <w:r>
              <w:rPr>
                <w:rFonts w:ascii="Aptos" w:hAnsi="Aptos"/>
                <w:b w:val="0"/>
                <w:color w:val="000000"/>
                <w:sz w:val="18"/>
              </w:rPr>
            </w:r>
          </w:p>
        </w:tc>
      </w:tr>
    </w:tbl>
    <w:sectPr w:rsidR="00FC693F" w:rsidRPr="0006063C" w:rsidSect="00034616">
      <w:footerReference w:type="default" r:id="rId9"/>
      <w:pgSz w:w="12240" w:h="15840"/>
      <w:pgMar w:top="648" w:right="720" w:bottom="648" w:left="720" w:header="720" w:footer="720" w:gutter="0"/>
      <w:cols w:space="720"/>
      <w:docGrid w:linePitch="360"/>
      <w:pgBorders w:offsetFrom="page">
        <w:top w:val="single" w:sz="18" w:space="12" w:color="B8860B"/>
        <w:left w:val="single" w:sz="18" w:space="12" w:color="B8860B"/>
        <w:bottom w:val="single" w:sz="18" w:space="12" w:color="B8860B"/>
        <w:right w:val="single" w:sz="18" w:space="12" w:color="B8860B"/>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B8860B"/>
        <w:sz w:val="16"/>
      </w:rPr>
      <w:t>Faith Driven • Kingdom Focused • Global Impact • United in Purpose • Building Legacy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